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3EAD6"/>
  <w:body>
    <w:p>
      <w:pPr>
        <w:spacing w:after="80"/>
        <w:ind w:firstLine="0"/>
        <w:jc w:val="left"/>
        <w:pBdr>
          <w:bottom w:val="single" w:sz="12" w:space="4" w:color="9E1C14"/>
        </w:pBdr>
      </w:pPr>
      <w:r>
        <w:rPr>
          <w:rFonts w:ascii="Georgia" w:hAnsi="Georgia" w:eastAsia="黑体" w:cs="Georgia"/>
          <w:b/>
          <w:i w:val="0"/>
          <w:color w:val="9E1C14"/>
          <w:sz w:val="44"/>
        </w:rPr>
        <w:t>CrowdStrike：保护软件成为可信计算基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24218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c0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4218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向软件使命时代进军 · 方法经 案-06 / 13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本文独立成篇。作者 陈鹏 · 二〇二六年十月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关节：走进内核的保护软件，本身就是可信计算基。一次配置更新可以越过操作系统的全部质量门禁。不能误读成「杀毒软件又出 Bug」，也不能误读成云厂商的锅。保护者先于操作系统失效。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经过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2024 年 7 月 19 日 04 时 09 分（UTC），CrowdStrike 向 Falcon 传感器推送一次配置更新。这类更新每天要推送多次，属于例行操作。编号 291 的通道文件含有逻辑错误，传感器发生越界内存读取，Windows 蓝屏。微软估计受影响设备至少八百五十万台，真实范围被认为更大。不到百分之一的设备，切断的是航班、手术与柜面。CrowdStrike 很快发现错误：七十八分钟后，即 05 时 27 分（UTC）之后时间戳的文件已经修正。对已经陷入引导循环或恢复模式的机器没有意义——一台无法启动的机器，无法自动接收修复。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这不是一次普通的软件缺陷。它是一次关于信任位置的事故。Falcon 被设计为保护端点。为了在攻击者之前看到系统的每一个动作，它运行在 Windows 内核——操作系统最特权、最不可隔离的位置。Falcon 的任何缺陷都直接成为操作系统的缺陷。一次配置更新——不是一次软件版本升级——就可以绕过操作系统的全部质量门禁，直接进入全球数百万台设备的内核。用来保护系统的软件，成为了摧毁系统的单点。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保护者成为了最大的风险源。不是因为 CrowdStrike 的工程师不称职，而是因为系统设计把一个第三方的配置更新通道放进了可信计算基，却没有给这个通道配上与其权限相称的约束。内核驱动有数字签名。签名证明的是「这段代码来自 CrowdStrike」，不是「这次配置更新不会让机器无法启动」。身份不是行为。证书链回答「谁签的」，不回答「这一次推送是不是仍在被允许的行为空间里」。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6-pas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保护软件走进内核，成为单点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剖析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定义上，托付是保护端点，使业务继续。禁区是不得让保护软件自己把主机打进无法启动。禁区弱于能力：配置更新通道被赋予了内核级的到达能力，却没有被赋予与之相称的验证。配置因为「不是代码」而常逃过与版本升级同等的门禁。横切变更会把已经做过的保证重新打开。这一次打开的不是一个模块，是全球同时开机的内核。TCB 一旦包含持续自动更新的外部组件，系统的可信性上限就是那一次发布流程。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对齐失败发生在「谁被信任」与「什么被检查」之间。写下的是保护。跑着的是一次有缺陷的配置文件。世界上发生的是航空、医院与银行同时停摆。保护软件的使命与操作系统的使命在那一时刻互相取消。乘客、患者、存款人是托付者。他们没有把托付签给 291 号通道文件。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达成若等于传感器覆盖率、更新到达率，那天凌晨系统高度达成。更新发出去了，设备收到了，内核加载了。按运行指标，保护网在工作。按托付，保护网把被保护对象锁在启动循环里。上线、推送成功、签名验证通过，都不是达成。达成要问：这一次更新之后，主机是否仍能启动、业务是否仍能继续、保护是否仍是保护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可信计算基必须闭合。走进内核的第三方，必须被当作 TCB 的一部分来约束：最小权限、可回滚、可隔离、更新本身可被验证、失败时不得剥夺主机启动。七十八分钟的修复对已进循环的机器没有意义，说明回滚不在那条路径上。回滚若需要一台已经死掉的机器去下载补丁，回滚只是文档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人的位置被推到机场柜台与医院值班室。立法在供应商合同里写的是保护端点。划界没有把配置更新写成与内核驱动同等的变更。审判发生在蓝屏之后，由现场的人在已经无法启动的机器上清除文件。把恢复交给已经无法开机的现场，不是让人承担使命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它与 Therac-25 是同一类托付转移，只是规模换成了全球。保护从操作系统与物理隔离，转到一家供应商的内核传感器，再转到一条配置通道。通道无法被盘问的那天，信任经营失败。2024 年已经证明：软件缺陷引发系统性后果，不是极端个别事件。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6-cu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保护者必须先被约束</w:t>
      </w:r>
    </w:p>
    <w:p>
      <w:pPr>
        <w:spacing w:before="360" w:after="160"/>
        <w:ind w:firstLine="0"/>
        <w:pBdr>
          <w:left w:val="single" w:sz="18" w:space="10" w:color="9E1C14"/>
        </w:pBdr>
        <w:shd w:val="clear" w:color="auto" w:fill="FAF6EE"/>
      </w:pPr>
      <w:r>
        <w:rPr>
          <w:rFonts w:ascii="Georgia" w:hAnsi="Georgia" w:eastAsia="黑体" w:cs="Georgia"/>
          <w:b/>
          <w:i w:val="0"/>
          <w:color w:val="9E1C14"/>
          <w:sz w:val="28"/>
        </w:rPr>
        <w:t>对方法的一针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保护者必须先被约束。走进 TCB 的更新通道，必须带与权限相称的验证、隔离与可回滚路径。签名证明身份，不证明这一次行为。乘客与患者是托付者。保护软件执行托付，不因为写了「安全」就自动可信。</w:t>
      </w:r>
    </w:p>
    <w:p>
      <w:pPr>
        <w:spacing w:before="200" w:after="200"/>
        <w:ind w:firstLine="0"/>
        <w:pBdr>
          <w:bottom w:val="single" w:sz="12" w:space="4" w:color="D7C7A8"/>
        </w:pBdr>
      </w:pP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知识操作系统是架构主张，不是已经交付的操作系统。使命软件工程学尚没有形成。</w:t>
      </w: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详细论证、数据口径与未解清单，见同题专著《向软件使命时代进军》第13稿。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在线阅读：檄文 </w:t>
      </w:r>
      <w:hyperlink r:id="rId14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专著 </w:t>
      </w:r>
      <w:hyperlink r:id="rId15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kos-tl.github.io/book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体系图 </w:t>
      </w:r>
      <w:hyperlink r:id="rId16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kos-tl.github.io/system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典型案例 </w:t>
      </w:r>
      <w:hyperlink r:id="rId17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kos-tl.github.io/cases</w:t>
        </w:r>
      </w:hyperlink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上一篇：《火星气候轨道器：各自正确，合起来是错的》　下一篇：《XZ Utils：清单回答有什么，后门出在怎么来的》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https://kos-tl.github.io/cases/crowdstrike/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b w:val="0"/>
        <w:i w:val="0"/>
        <w:color w:val="6B5E4E"/>
        <w:sz w:val="16"/>
      </w:rPr>
      <w:t>陈鹏  ·  学尚未形成  ·  kos-tl.github.io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楷体" w:cs="Times New Roman"/>
        <w:b w:val="0"/>
        <w:i w:val="0"/>
        <w:color w:val="8A6A32"/>
        <w:sz w:val="18"/>
      </w:rPr>
      <w:t>向软件使命时代进军 · 方法经 · 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420" w:after="160"/>
    </w:pPr>
    <w:rPr>
      <w:rFonts w:ascii="Times New Roman" w:hAnsi="Times New Roman" w:eastAsia="宋体"/>
      <w:color w:val="1C171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kos-tl.github.io/index.html?lang=zh" TargetMode="External"/><Relationship Id="rId15" Type="http://schemas.openxmlformats.org/officeDocument/2006/relationships/hyperlink" Target="https://kos-tl.github.io/book/" TargetMode="External"/><Relationship Id="rId16" Type="http://schemas.openxmlformats.org/officeDocument/2006/relationships/hyperlink" Target="https://kos-tl.github.io/system/" TargetMode="External"/><Relationship Id="rId17" Type="http://schemas.openxmlformats.org/officeDocument/2006/relationships/hyperlink" Target="https://kos-tl.github.io/ca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